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FD32C" w14:textId="77777777" w:rsidR="0097324F" w:rsidRDefault="00121F50" w:rsidP="00121F50">
      <w:pPr>
        <w:spacing w:after="80" w:line="240" w:lineRule="auto"/>
        <w:jc w:val="center"/>
        <w:rPr>
          <w:bCs/>
        </w:rPr>
      </w:pPr>
      <w:r>
        <w:rPr>
          <w:bCs/>
        </w:rPr>
        <w:t xml:space="preserve">                                                            </w:t>
      </w:r>
    </w:p>
    <w:p w14:paraId="7492521A" w14:textId="6D9438D6" w:rsidR="00121F50" w:rsidRDefault="0097324F" w:rsidP="00121F50">
      <w:pPr>
        <w:spacing w:after="80" w:line="240" w:lineRule="auto"/>
        <w:jc w:val="center"/>
        <w:rPr>
          <w:bCs/>
        </w:rPr>
      </w:pPr>
      <w:r>
        <w:rPr>
          <w:bCs/>
        </w:rPr>
        <w:t xml:space="preserve">                          </w:t>
      </w:r>
      <w:r w:rsidR="00121F50" w:rsidRPr="00121F50">
        <w:rPr>
          <w:bCs/>
        </w:rPr>
        <w:t>APROBAT:</w:t>
      </w:r>
    </w:p>
    <w:p w14:paraId="5C6BAA7F" w14:textId="2978C46C" w:rsidR="0097324F" w:rsidRDefault="0097324F" w:rsidP="00121F50">
      <w:pPr>
        <w:spacing w:after="80" w:line="240" w:lineRule="auto"/>
        <w:jc w:val="center"/>
        <w:rPr>
          <w:bCs/>
        </w:rPr>
      </w:pPr>
    </w:p>
    <w:p w14:paraId="1914277F" w14:textId="08503EEF" w:rsidR="0097324F" w:rsidRDefault="0097324F" w:rsidP="00121F50">
      <w:pPr>
        <w:spacing w:after="80" w:line="240" w:lineRule="auto"/>
        <w:jc w:val="center"/>
        <w:rPr>
          <w:bCs/>
        </w:rPr>
      </w:pPr>
      <w:r>
        <w:rPr>
          <w:bCs/>
        </w:rPr>
        <w:t xml:space="preserve">                                                                       Administrator C.S.M.P. </w:t>
      </w:r>
      <w:proofErr w:type="spellStart"/>
      <w:r>
        <w:rPr>
          <w:bCs/>
        </w:rPr>
        <w:t>Valeriu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Țurcanu</w:t>
      </w:r>
      <w:proofErr w:type="spellEnd"/>
      <w:r>
        <w:rPr>
          <w:bCs/>
        </w:rPr>
        <w:t xml:space="preserve"> </w:t>
      </w:r>
    </w:p>
    <w:p w14:paraId="0626A8BE" w14:textId="77777777" w:rsidR="00F11D82" w:rsidRDefault="00F11D82" w:rsidP="00121F50">
      <w:pPr>
        <w:spacing w:after="80" w:line="240" w:lineRule="auto"/>
        <w:jc w:val="center"/>
        <w:rPr>
          <w:bCs/>
        </w:rPr>
      </w:pPr>
    </w:p>
    <w:p w14:paraId="1CE3D067" w14:textId="144BBCB7" w:rsidR="00121F50" w:rsidRDefault="00121F50" w:rsidP="00121F50">
      <w:pPr>
        <w:spacing w:after="80" w:line="240" w:lineRule="auto"/>
        <w:jc w:val="center"/>
        <w:rPr>
          <w:bCs/>
        </w:rPr>
      </w:pPr>
    </w:p>
    <w:p w14:paraId="389372A0" w14:textId="6A55642C" w:rsidR="000D3878" w:rsidRDefault="000D3878" w:rsidP="00121F50">
      <w:pPr>
        <w:spacing w:after="80" w:line="240" w:lineRule="auto"/>
        <w:jc w:val="center"/>
        <w:rPr>
          <w:bCs/>
        </w:rPr>
      </w:pPr>
    </w:p>
    <w:p w14:paraId="68F0E4B1" w14:textId="7C824C0A" w:rsidR="0097324F" w:rsidRDefault="0097324F" w:rsidP="00121F50">
      <w:pPr>
        <w:spacing w:after="80" w:line="240" w:lineRule="auto"/>
        <w:jc w:val="center"/>
        <w:rPr>
          <w:bCs/>
        </w:rPr>
      </w:pPr>
    </w:p>
    <w:p w14:paraId="2DAC117F" w14:textId="3D280456" w:rsidR="0097324F" w:rsidRDefault="0097324F" w:rsidP="00121F50">
      <w:pPr>
        <w:spacing w:after="80" w:line="240" w:lineRule="auto"/>
        <w:jc w:val="center"/>
        <w:rPr>
          <w:bCs/>
        </w:rPr>
      </w:pPr>
    </w:p>
    <w:p w14:paraId="433B30DB" w14:textId="50CE24B0" w:rsidR="0097324F" w:rsidRDefault="0097324F" w:rsidP="00121F50">
      <w:pPr>
        <w:spacing w:after="80" w:line="240" w:lineRule="auto"/>
        <w:jc w:val="center"/>
        <w:rPr>
          <w:bCs/>
        </w:rPr>
      </w:pPr>
    </w:p>
    <w:p w14:paraId="0F6259B2" w14:textId="4B17A867" w:rsidR="0097324F" w:rsidRDefault="0097324F" w:rsidP="00121F50">
      <w:pPr>
        <w:spacing w:after="80" w:line="240" w:lineRule="auto"/>
        <w:jc w:val="center"/>
        <w:rPr>
          <w:bCs/>
        </w:rPr>
      </w:pPr>
    </w:p>
    <w:p w14:paraId="65A44DBC" w14:textId="77777777" w:rsidR="0097324F" w:rsidRDefault="0097324F" w:rsidP="00121F50">
      <w:pPr>
        <w:spacing w:after="80" w:line="240" w:lineRule="auto"/>
        <w:jc w:val="center"/>
        <w:rPr>
          <w:bCs/>
        </w:rPr>
      </w:pPr>
    </w:p>
    <w:p w14:paraId="438E0182" w14:textId="39DCA16F" w:rsidR="000D3878" w:rsidRDefault="000D3878" w:rsidP="00121F50">
      <w:pPr>
        <w:spacing w:after="80" w:line="240" w:lineRule="auto"/>
        <w:jc w:val="center"/>
        <w:rPr>
          <w:bCs/>
        </w:rPr>
      </w:pPr>
    </w:p>
    <w:p w14:paraId="79C2F049" w14:textId="77777777" w:rsidR="0031245F" w:rsidRDefault="000D3878" w:rsidP="00121F50">
      <w:pPr>
        <w:spacing w:after="80" w:line="240" w:lineRule="auto"/>
        <w:jc w:val="center"/>
        <w:rPr>
          <w:b/>
        </w:rPr>
      </w:pPr>
      <w:r w:rsidRPr="0031245F">
        <w:rPr>
          <w:b/>
        </w:rPr>
        <w:t xml:space="preserve">REGULAMENTUL </w:t>
      </w:r>
    </w:p>
    <w:p w14:paraId="15435056" w14:textId="77777777" w:rsidR="0031245F" w:rsidRDefault="000D3878" w:rsidP="00121F50">
      <w:pPr>
        <w:spacing w:after="80" w:line="240" w:lineRule="auto"/>
        <w:jc w:val="center"/>
        <w:rPr>
          <w:b/>
        </w:rPr>
      </w:pPr>
      <w:r w:rsidRPr="0031245F">
        <w:rPr>
          <w:b/>
        </w:rPr>
        <w:t xml:space="preserve">DE ORGANIZARE ȘI FUNCȚIONARE </w:t>
      </w:r>
    </w:p>
    <w:p w14:paraId="523A62AE" w14:textId="77777777" w:rsidR="0031245F" w:rsidRDefault="000D3878" w:rsidP="00121F50">
      <w:pPr>
        <w:spacing w:after="80" w:line="240" w:lineRule="auto"/>
        <w:jc w:val="center"/>
        <w:rPr>
          <w:b/>
        </w:rPr>
      </w:pPr>
      <w:r w:rsidRPr="0031245F">
        <w:rPr>
          <w:b/>
        </w:rPr>
        <w:t xml:space="preserve">AL PRESTATORULUI PRIVAT DE SERVICII MEDICALE </w:t>
      </w:r>
    </w:p>
    <w:p w14:paraId="6029E48E" w14:textId="526D9D5A" w:rsidR="000D3878" w:rsidRPr="0031245F" w:rsidRDefault="000D3878" w:rsidP="00121F50">
      <w:pPr>
        <w:spacing w:after="80" w:line="240" w:lineRule="auto"/>
        <w:jc w:val="center"/>
        <w:rPr>
          <w:b/>
        </w:rPr>
      </w:pPr>
      <w:r w:rsidRPr="0031245F">
        <w:rPr>
          <w:b/>
        </w:rPr>
        <w:t>A.O. „CENTRUL DE SĂNĂTATE ȘI MEDICINĂ PREVENTIVĂ</w:t>
      </w:r>
      <w:r w:rsidR="0031245F" w:rsidRPr="0031245F">
        <w:rPr>
          <w:b/>
        </w:rPr>
        <w:t>”</w:t>
      </w:r>
    </w:p>
    <w:p w14:paraId="70C8971A" w14:textId="5A59AFA3" w:rsidR="0031245F" w:rsidRDefault="0031245F" w:rsidP="00121F50">
      <w:pPr>
        <w:spacing w:after="80" w:line="240" w:lineRule="auto"/>
        <w:jc w:val="center"/>
        <w:rPr>
          <w:bCs/>
        </w:rPr>
      </w:pPr>
    </w:p>
    <w:p w14:paraId="3DB3EF55" w14:textId="20BA331D" w:rsidR="0031245F" w:rsidRDefault="0063626E" w:rsidP="00121F50">
      <w:pPr>
        <w:spacing w:after="80" w:line="240" w:lineRule="auto"/>
        <w:jc w:val="center"/>
        <w:rPr>
          <w:bCs/>
        </w:rPr>
      </w:pPr>
      <w:proofErr w:type="spellStart"/>
      <w:r>
        <w:rPr>
          <w:bCs/>
        </w:rPr>
        <w:t>r</w:t>
      </w:r>
      <w:r w:rsidR="0031245F">
        <w:rPr>
          <w:bCs/>
        </w:rPr>
        <w:t>aionul</w:t>
      </w:r>
      <w:proofErr w:type="spellEnd"/>
      <w:r w:rsidR="0031245F">
        <w:rPr>
          <w:bCs/>
        </w:rPr>
        <w:t xml:space="preserve"> </w:t>
      </w:r>
      <w:proofErr w:type="spellStart"/>
      <w:r w:rsidR="0031245F">
        <w:rPr>
          <w:bCs/>
        </w:rPr>
        <w:t>Leova</w:t>
      </w:r>
      <w:proofErr w:type="spellEnd"/>
    </w:p>
    <w:p w14:paraId="5083FD8C" w14:textId="7741C2D1" w:rsidR="0031245F" w:rsidRPr="00121F50" w:rsidRDefault="0031245F" w:rsidP="00121F50">
      <w:pPr>
        <w:spacing w:after="80" w:line="240" w:lineRule="auto"/>
        <w:jc w:val="center"/>
        <w:rPr>
          <w:bCs/>
        </w:rPr>
      </w:pPr>
      <w:r>
        <w:rPr>
          <w:bCs/>
        </w:rPr>
        <w:t xml:space="preserve">s. </w:t>
      </w:r>
      <w:proofErr w:type="spellStart"/>
      <w:r>
        <w:rPr>
          <w:bCs/>
        </w:rPr>
        <w:t>Sărata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Nouă</w:t>
      </w:r>
      <w:proofErr w:type="spellEnd"/>
    </w:p>
    <w:p w14:paraId="75BBFA42" w14:textId="77777777" w:rsidR="00121F50" w:rsidRDefault="00121F50" w:rsidP="00121F50">
      <w:pPr>
        <w:spacing w:after="80" w:line="240" w:lineRule="auto"/>
        <w:jc w:val="right"/>
        <w:rPr>
          <w:b/>
        </w:rPr>
      </w:pPr>
    </w:p>
    <w:p w14:paraId="2C8572B5" w14:textId="2247A97E" w:rsidR="00121F50" w:rsidRDefault="00121F50">
      <w:pPr>
        <w:spacing w:after="80" w:line="240" w:lineRule="auto"/>
        <w:jc w:val="center"/>
        <w:rPr>
          <w:b/>
        </w:rPr>
      </w:pPr>
    </w:p>
    <w:p w14:paraId="323E04F7" w14:textId="1051486E" w:rsidR="0063626E" w:rsidRDefault="0063626E">
      <w:pPr>
        <w:spacing w:after="80" w:line="240" w:lineRule="auto"/>
        <w:jc w:val="center"/>
        <w:rPr>
          <w:b/>
        </w:rPr>
      </w:pPr>
    </w:p>
    <w:p w14:paraId="19546F7E" w14:textId="5745EBD8" w:rsidR="0063626E" w:rsidRDefault="0063626E">
      <w:pPr>
        <w:spacing w:after="80" w:line="240" w:lineRule="auto"/>
        <w:jc w:val="center"/>
        <w:rPr>
          <w:b/>
        </w:rPr>
      </w:pPr>
    </w:p>
    <w:p w14:paraId="3075AAB7" w14:textId="2D2301E1" w:rsidR="0063626E" w:rsidRDefault="0063626E">
      <w:pPr>
        <w:spacing w:after="80" w:line="240" w:lineRule="auto"/>
        <w:jc w:val="center"/>
        <w:rPr>
          <w:b/>
        </w:rPr>
      </w:pPr>
    </w:p>
    <w:p w14:paraId="330BCE96" w14:textId="67010CA8" w:rsidR="0063626E" w:rsidRDefault="0063626E">
      <w:pPr>
        <w:spacing w:after="80" w:line="240" w:lineRule="auto"/>
        <w:jc w:val="center"/>
        <w:rPr>
          <w:b/>
        </w:rPr>
      </w:pPr>
    </w:p>
    <w:p w14:paraId="2E4F83C4" w14:textId="3B7EBDE9" w:rsidR="0063626E" w:rsidRDefault="0063626E">
      <w:pPr>
        <w:spacing w:after="80" w:line="240" w:lineRule="auto"/>
        <w:jc w:val="center"/>
        <w:rPr>
          <w:b/>
        </w:rPr>
      </w:pPr>
    </w:p>
    <w:p w14:paraId="084866F8" w14:textId="5CA2EAF8" w:rsidR="0063626E" w:rsidRDefault="0063626E">
      <w:pPr>
        <w:spacing w:after="80" w:line="240" w:lineRule="auto"/>
        <w:jc w:val="center"/>
        <w:rPr>
          <w:b/>
        </w:rPr>
      </w:pPr>
    </w:p>
    <w:p w14:paraId="711D12BE" w14:textId="0364FD63" w:rsidR="0063626E" w:rsidRDefault="0063626E">
      <w:pPr>
        <w:spacing w:after="80" w:line="240" w:lineRule="auto"/>
        <w:jc w:val="center"/>
        <w:rPr>
          <w:b/>
        </w:rPr>
      </w:pPr>
    </w:p>
    <w:p w14:paraId="545963E7" w14:textId="045A83D1" w:rsidR="0063626E" w:rsidRDefault="0063626E">
      <w:pPr>
        <w:spacing w:after="80" w:line="240" w:lineRule="auto"/>
        <w:jc w:val="center"/>
        <w:rPr>
          <w:b/>
        </w:rPr>
      </w:pPr>
    </w:p>
    <w:p w14:paraId="1F7F95CF" w14:textId="7CA2F878" w:rsidR="0063626E" w:rsidRDefault="0063626E">
      <w:pPr>
        <w:spacing w:after="80" w:line="240" w:lineRule="auto"/>
        <w:jc w:val="center"/>
        <w:rPr>
          <w:b/>
        </w:rPr>
      </w:pPr>
    </w:p>
    <w:p w14:paraId="1322FE5F" w14:textId="40852FD8" w:rsidR="0063626E" w:rsidRDefault="0063626E">
      <w:pPr>
        <w:spacing w:after="80" w:line="240" w:lineRule="auto"/>
        <w:jc w:val="center"/>
        <w:rPr>
          <w:b/>
        </w:rPr>
      </w:pPr>
    </w:p>
    <w:p w14:paraId="50894730" w14:textId="3D7CCE7C" w:rsidR="0063626E" w:rsidRDefault="0063626E">
      <w:pPr>
        <w:spacing w:after="80" w:line="240" w:lineRule="auto"/>
        <w:jc w:val="center"/>
        <w:rPr>
          <w:b/>
        </w:rPr>
      </w:pPr>
    </w:p>
    <w:p w14:paraId="780A40E9" w14:textId="3C6930FE" w:rsidR="0063626E" w:rsidRDefault="0063626E">
      <w:pPr>
        <w:spacing w:after="80" w:line="240" w:lineRule="auto"/>
        <w:jc w:val="center"/>
        <w:rPr>
          <w:b/>
        </w:rPr>
      </w:pPr>
    </w:p>
    <w:p w14:paraId="2A894DFA" w14:textId="70813128" w:rsidR="0063626E" w:rsidRDefault="0063626E">
      <w:pPr>
        <w:spacing w:after="80" w:line="240" w:lineRule="auto"/>
        <w:jc w:val="center"/>
        <w:rPr>
          <w:b/>
        </w:rPr>
      </w:pPr>
    </w:p>
    <w:p w14:paraId="2747B45C" w14:textId="04DEE566" w:rsidR="0063626E" w:rsidRDefault="0063626E">
      <w:pPr>
        <w:spacing w:after="80" w:line="240" w:lineRule="auto"/>
        <w:jc w:val="center"/>
        <w:rPr>
          <w:b/>
        </w:rPr>
      </w:pPr>
    </w:p>
    <w:p w14:paraId="0CD253E2" w14:textId="168E556F" w:rsidR="00915B94" w:rsidRDefault="008F4659">
      <w:pPr>
        <w:spacing w:after="80" w:line="240" w:lineRule="auto"/>
        <w:jc w:val="center"/>
      </w:pPr>
      <w:r>
        <w:rPr>
          <w:b/>
        </w:rPr>
        <w:lastRenderedPageBreak/>
        <w:t>I. DISPOZIȚII GENERALE:</w:t>
      </w:r>
    </w:p>
    <w:p w14:paraId="7BE8C516" w14:textId="77777777" w:rsidR="00915B94" w:rsidRDefault="008F4659">
      <w:pPr>
        <w:spacing w:after="0" w:line="240" w:lineRule="auto"/>
        <w:ind w:left="369" w:hanging="255"/>
        <w:jc w:val="both"/>
      </w:pPr>
      <w:r>
        <w:t>1) Prezentul Regulament stabileşte sarcinile de bază, drepturile, obligaţiunile, modalitatea de organizare al prestatorului privat de servicii medicale şi este elaborat în temeiul articolului 4 alineatul (5) al Legii ocrotirii sănătăţii nr. 411-XIII din 28 martie 1995 și Regulamentului privind organizarea şi funcţionarea Ministerului Sănătăţii, Muncii şi Protecţiei Sociale, aprobat prin Hotărîrea Guvernului nr. 694 din 30 august 2017.</w:t>
      </w:r>
    </w:p>
    <w:p w14:paraId="2BDDE1D7" w14:textId="77777777" w:rsidR="00915B94" w:rsidRDefault="008F4659">
      <w:pPr>
        <w:spacing w:after="0" w:line="240" w:lineRule="auto"/>
        <w:ind w:left="369" w:hanging="255"/>
        <w:jc w:val="both"/>
      </w:pPr>
      <w:r>
        <w:t>2) Prestatorul privat de servicii medicale A.O. ”CENTRUL DE SĂNĂTATE ȘI MEDICINĂ PREVENTIVĂ” este persoană juridică şi activează sub orice formă juridică de organizare, prevăzută de legislaţia Republicii Moldova.</w:t>
      </w:r>
    </w:p>
    <w:p w14:paraId="7A2DD0E4" w14:textId="77777777" w:rsidR="00915B94" w:rsidRDefault="008F4659">
      <w:pPr>
        <w:spacing w:after="0" w:line="240" w:lineRule="auto"/>
        <w:ind w:left="369" w:hanging="255"/>
        <w:jc w:val="both"/>
      </w:pPr>
      <w:r>
        <w:t>3) În activitatea sa Prestatorul privat de servicii medicale se călăuzeşte de Legea ocrotirii sănătăţii nr. 411-XIII din 28 martie 1995, Legea nr. 845-XII din 3 ianuarie 1992 cu privire la antreprenoriat şi întreprinderi, alte acte legislative şi normative ale Republicii Moldova, ordinele şi dispoziţiile Ministerului Sănătăţii, Muncii şi Protecţiei Sociale şi prezentul Regulament.</w:t>
      </w:r>
    </w:p>
    <w:p w14:paraId="290B379E" w14:textId="65EC5613" w:rsidR="008333E4" w:rsidRPr="00C328DB" w:rsidRDefault="008F4659" w:rsidP="008333E4">
      <w:pPr>
        <w:spacing w:after="0" w:line="240" w:lineRule="auto"/>
        <w:ind w:left="369" w:hanging="255"/>
        <w:jc w:val="both"/>
        <w:rPr>
          <w:lang w:val="ro-RO"/>
        </w:rPr>
      </w:pPr>
      <w:r>
        <w:t xml:space="preserve">4) </w:t>
      </w:r>
      <w:proofErr w:type="spellStart"/>
      <w:r>
        <w:t>Genul</w:t>
      </w:r>
      <w:proofErr w:type="spellEnd"/>
      <w:r>
        <w:t xml:space="preserve"> </w:t>
      </w:r>
      <w:proofErr w:type="spellStart"/>
      <w:r>
        <w:t>concret</w:t>
      </w:r>
      <w:proofErr w:type="spellEnd"/>
      <w:r>
        <w:t xml:space="preserve"> de </w:t>
      </w:r>
      <w:proofErr w:type="spellStart"/>
      <w:r>
        <w:t>activitate</w:t>
      </w:r>
      <w:proofErr w:type="spellEnd"/>
      <w:r>
        <w:t xml:space="preserve">: </w:t>
      </w:r>
      <w:r w:rsidR="00C328DB" w:rsidRPr="00C328DB">
        <w:rPr>
          <w:lang w:val="ro-RO"/>
        </w:rPr>
        <w:t>Prestarea activităților de întreținere corporală: proceduri cu apă (SPA, băi termale, împachetări cu plante, aplicații cu alge și nămol etc.), saună, băi cu abur, masaj non-medical (de relaxare, înviorare). Servicii de prelevare a probelor biologice în vederea diagnosticului de laborator.</w:t>
      </w:r>
      <w:r w:rsidR="008333E4">
        <w:rPr>
          <w:lang w:val="ro-RO"/>
        </w:rPr>
        <w:t xml:space="preserve"> Servicii de reabilitare medicală si medicin</w:t>
      </w:r>
      <w:r w:rsidR="00772090">
        <w:rPr>
          <w:lang w:val="ro-RO"/>
        </w:rPr>
        <w:t>ă</w:t>
      </w:r>
      <w:r w:rsidR="008333E4">
        <w:rPr>
          <w:lang w:val="ro-RO"/>
        </w:rPr>
        <w:t xml:space="preserve"> fizică.</w:t>
      </w:r>
    </w:p>
    <w:p w14:paraId="69497409" w14:textId="77777777" w:rsidR="00915B94" w:rsidRDefault="008F4659">
      <w:pPr>
        <w:spacing w:after="0" w:line="240" w:lineRule="auto"/>
        <w:ind w:left="369" w:hanging="255"/>
        <w:jc w:val="both"/>
      </w:pPr>
      <w:r>
        <w:t>5) Prestatorul privat de servicii medicale poartă răspundere pentru încălcarea drepturilor pacientului, conform legislaţiei.</w:t>
      </w:r>
    </w:p>
    <w:p w14:paraId="54B62584" w14:textId="77777777" w:rsidR="00B57B60" w:rsidRDefault="00B57B60">
      <w:pPr>
        <w:spacing w:after="80" w:line="240" w:lineRule="auto"/>
        <w:jc w:val="center"/>
        <w:rPr>
          <w:b/>
        </w:rPr>
      </w:pPr>
    </w:p>
    <w:p w14:paraId="41F57B99" w14:textId="2E963D30" w:rsidR="00915B94" w:rsidRDefault="008F4659">
      <w:pPr>
        <w:spacing w:after="80" w:line="240" w:lineRule="auto"/>
        <w:jc w:val="center"/>
      </w:pPr>
      <w:r>
        <w:rPr>
          <w:b/>
        </w:rPr>
        <w:t>II. SARCINILE DE BAZĂ ALE PRESTATORULUI PRIVAT</w:t>
      </w:r>
      <w:r>
        <w:rPr>
          <w:b/>
        </w:rPr>
        <w:br/>
        <w:t>DE SERVICII MEDICALE:</w:t>
      </w:r>
    </w:p>
    <w:p w14:paraId="01937FDE" w14:textId="65458728" w:rsidR="00915B94" w:rsidRDefault="008F4659">
      <w:pPr>
        <w:spacing w:after="0" w:line="240" w:lineRule="auto"/>
        <w:jc w:val="both"/>
      </w:pPr>
      <w:r>
        <w:t xml:space="preserve">6. Sarcinile de bază ale </w:t>
      </w:r>
      <w:proofErr w:type="spellStart"/>
      <w:r>
        <w:t>Prestatorului</w:t>
      </w:r>
      <w:proofErr w:type="spellEnd"/>
      <w:r>
        <w:t xml:space="preserve"> </w:t>
      </w:r>
      <w:proofErr w:type="spellStart"/>
      <w:r>
        <w:t>privat</w:t>
      </w:r>
      <w:proofErr w:type="spellEnd"/>
      <w:r>
        <w:t xml:space="preserve"> de </w:t>
      </w:r>
      <w:proofErr w:type="spellStart"/>
      <w:r>
        <w:t>servicii</w:t>
      </w:r>
      <w:proofErr w:type="spellEnd"/>
      <w:r>
        <w:t xml:space="preserve"> </w:t>
      </w:r>
      <w:proofErr w:type="spellStart"/>
      <w:r>
        <w:t>medicale</w:t>
      </w:r>
      <w:proofErr w:type="spellEnd"/>
      <w:r>
        <w:t xml:space="preserve"> s</w:t>
      </w:r>
      <w:r w:rsidR="00B57B60">
        <w:t>u</w:t>
      </w:r>
      <w:r>
        <w:t>nt:</w:t>
      </w:r>
    </w:p>
    <w:p w14:paraId="129D0E9D" w14:textId="77777777" w:rsidR="00915B94" w:rsidRDefault="008F4659">
      <w:pPr>
        <w:spacing w:after="0" w:line="240" w:lineRule="auto"/>
        <w:ind w:left="369" w:hanging="255"/>
        <w:jc w:val="both"/>
      </w:pPr>
      <w:r>
        <w:t>1) promovarea politicii de sănătate;</w:t>
      </w:r>
    </w:p>
    <w:p w14:paraId="2E4661E6" w14:textId="77777777" w:rsidR="00915B94" w:rsidRDefault="008F4659">
      <w:pPr>
        <w:spacing w:after="0" w:line="240" w:lineRule="auto"/>
        <w:ind w:left="369" w:hanging="255"/>
        <w:jc w:val="both"/>
      </w:pPr>
      <w:r>
        <w:t>2) organizarea şi prestarea asistenţei medicale de înaltă calitate;</w:t>
      </w:r>
    </w:p>
    <w:p w14:paraId="5D2670C2" w14:textId="77777777" w:rsidR="00915B94" w:rsidRDefault="008F4659">
      <w:pPr>
        <w:spacing w:after="0" w:line="240" w:lineRule="auto"/>
        <w:ind w:left="369" w:hanging="255"/>
        <w:jc w:val="both"/>
      </w:pPr>
      <w:r>
        <w:t>3) organizarea activităţii domeniilor licenţiate în conformitate cu prevederile actelor normative ale Ministerului Sănătăţii, Muncii şi Protecţiei Sociale.</w:t>
      </w:r>
    </w:p>
    <w:p w14:paraId="52B7D1F8" w14:textId="77777777" w:rsidR="00B57B60" w:rsidRDefault="00B57B60">
      <w:pPr>
        <w:spacing w:after="80" w:line="240" w:lineRule="auto"/>
        <w:jc w:val="center"/>
        <w:rPr>
          <w:b/>
        </w:rPr>
      </w:pPr>
    </w:p>
    <w:p w14:paraId="26C0AD83" w14:textId="375F010B" w:rsidR="00915B94" w:rsidRDefault="008F4659">
      <w:pPr>
        <w:spacing w:after="80" w:line="240" w:lineRule="auto"/>
        <w:jc w:val="center"/>
      </w:pPr>
      <w:r>
        <w:rPr>
          <w:b/>
        </w:rPr>
        <w:t>III. DREPTURILE PRESTATORULUI PRIVAT</w:t>
      </w:r>
      <w:r>
        <w:rPr>
          <w:b/>
        </w:rPr>
        <w:br/>
        <w:t>DE SERVICII MEDICALE:</w:t>
      </w:r>
    </w:p>
    <w:p w14:paraId="48CD5374" w14:textId="77777777" w:rsidR="00915B94" w:rsidRDefault="008F4659">
      <w:pPr>
        <w:spacing w:after="0" w:line="240" w:lineRule="auto"/>
        <w:jc w:val="both"/>
      </w:pPr>
      <w:r>
        <w:t>7. Prestatorul privat de servicii medicale este în drept:</w:t>
      </w:r>
    </w:p>
    <w:p w14:paraId="08077351" w14:textId="77777777" w:rsidR="00915B94" w:rsidRDefault="008F4659">
      <w:pPr>
        <w:spacing w:after="0" w:line="240" w:lineRule="auto"/>
        <w:ind w:left="369" w:hanging="255"/>
        <w:jc w:val="both"/>
      </w:pPr>
      <w:r>
        <w:t>1) să instituie filiale, dacă acest drept este prevăzut în actele de fondare ale acestuia;</w:t>
      </w:r>
    </w:p>
    <w:p w14:paraId="20DFACAA" w14:textId="77777777" w:rsidR="00915B94" w:rsidRDefault="008F4659">
      <w:pPr>
        <w:spacing w:after="0" w:line="240" w:lineRule="auto"/>
        <w:ind w:left="369" w:hanging="255"/>
        <w:jc w:val="both"/>
      </w:pPr>
      <w:r>
        <w:t>2) să încheie contracte de prestare a serviciilor medicale cu alţi prestatori privaţi de servicii medicale;</w:t>
      </w:r>
    </w:p>
    <w:p w14:paraId="3FEFBF1D" w14:textId="77777777" w:rsidR="00915B94" w:rsidRDefault="008F4659">
      <w:pPr>
        <w:spacing w:after="0" w:line="240" w:lineRule="auto"/>
        <w:ind w:left="369" w:hanging="255"/>
        <w:jc w:val="both"/>
      </w:pPr>
      <w:r>
        <w:t>3) să încheie contracte de Parteneriat Public Privat cu instituţii medico-sanitare publice, conform domeniilor prioritare identificate;</w:t>
      </w:r>
    </w:p>
    <w:p w14:paraId="6B838EB4" w14:textId="77777777" w:rsidR="00915B94" w:rsidRDefault="008F4659">
      <w:r>
        <w:br w:type="page"/>
      </w:r>
    </w:p>
    <w:p w14:paraId="3106810F" w14:textId="77777777" w:rsidR="00915B94" w:rsidRDefault="008F4659">
      <w:pPr>
        <w:spacing w:after="0" w:line="240" w:lineRule="auto"/>
        <w:ind w:left="369" w:hanging="255"/>
        <w:jc w:val="both"/>
      </w:pPr>
      <w:r>
        <w:lastRenderedPageBreak/>
        <w:t>4) să desfăşoare activitatea în spaţiile ce le aparţin cu drept de proprietate privată sau în alte spaţii luate în locaţiune, inclusiv ale instituţiilor medico-sanitare publice, cu gen de activitate în domeniul ocrotirii sănătăţii, care corespund cerinţelor actelor legislative şi normative în vigoare privind parteneriatul public-privat;</w:t>
      </w:r>
    </w:p>
    <w:p w14:paraId="6191E50E" w14:textId="77777777" w:rsidR="00915B94" w:rsidRDefault="008F4659">
      <w:pPr>
        <w:spacing w:after="0" w:line="240" w:lineRule="auto"/>
        <w:ind w:left="369" w:hanging="255"/>
        <w:jc w:val="both"/>
      </w:pPr>
      <w:r>
        <w:t>5) să desfăşoare activitatea medicală în baza Regulamentului de organizare şi funcţionare, certificat de acreditare, autorizaţie sanitară, conform legislaţiei în vigoare</w:t>
      </w:r>
    </w:p>
    <w:p w14:paraId="350D244D" w14:textId="77777777" w:rsidR="00915B94" w:rsidRDefault="008F4659">
      <w:pPr>
        <w:spacing w:after="0" w:line="240" w:lineRule="auto"/>
        <w:ind w:left="369" w:hanging="255"/>
        <w:jc w:val="both"/>
      </w:pPr>
      <w:r>
        <w:t>6) alte drepturi necesare pentru realizarea sarcinilor sale de bază, conform actelor normative şi legislative.</w:t>
      </w:r>
    </w:p>
    <w:p w14:paraId="33151B0C" w14:textId="77777777" w:rsidR="007376EE" w:rsidRDefault="007376EE">
      <w:pPr>
        <w:spacing w:after="80" w:line="240" w:lineRule="auto"/>
        <w:jc w:val="center"/>
        <w:rPr>
          <w:b/>
        </w:rPr>
      </w:pPr>
    </w:p>
    <w:p w14:paraId="54366C1F" w14:textId="6548C0B0" w:rsidR="00915B94" w:rsidRDefault="008F4659">
      <w:pPr>
        <w:spacing w:after="80" w:line="240" w:lineRule="auto"/>
        <w:jc w:val="center"/>
      </w:pPr>
      <w:r>
        <w:rPr>
          <w:b/>
        </w:rPr>
        <w:t>IV. OBLIGAȚIUNILE PRESTATORULUI PRIVAT</w:t>
      </w:r>
      <w:r>
        <w:rPr>
          <w:b/>
        </w:rPr>
        <w:br/>
        <w:t>DE SERVICII MEDICALE:</w:t>
      </w:r>
    </w:p>
    <w:p w14:paraId="46DECC69" w14:textId="77777777" w:rsidR="00915B94" w:rsidRDefault="008F4659">
      <w:pPr>
        <w:spacing w:after="0" w:line="240" w:lineRule="auto"/>
        <w:jc w:val="both"/>
      </w:pPr>
      <w:r>
        <w:t>8. Prestatorul privat de servicii medicale este obligat:</w:t>
      </w:r>
    </w:p>
    <w:p w14:paraId="6C54A83E" w14:textId="77777777" w:rsidR="00915B94" w:rsidRDefault="008F4659">
      <w:pPr>
        <w:spacing w:after="0" w:line="240" w:lineRule="auto"/>
        <w:ind w:left="369" w:hanging="255"/>
        <w:jc w:val="both"/>
      </w:pPr>
      <w:r>
        <w:t>1) să desfăşoare genul de activitate, în conformitate cu prevederile Legii nr. 1070-XIV din 22 iunie 2000 privind aprobarea Nomenclatorului specialităţilor pentru pregătirea cadrelor în instituţiile de învățămînt superior şi mediu de specialitate;</w:t>
      </w:r>
    </w:p>
    <w:p w14:paraId="06C73309" w14:textId="77777777" w:rsidR="00915B94" w:rsidRDefault="008F4659">
      <w:pPr>
        <w:spacing w:after="0" w:line="240" w:lineRule="auto"/>
        <w:ind w:left="369" w:hanging="255"/>
        <w:jc w:val="both"/>
      </w:pPr>
      <w:r>
        <w:t>2) să asigure aprobarea de către Ministerul Sănătăţii, Muncii şi Protecţiei Sociale a Regulamentului de organizare şi funcţionare a Prestatorului privat de servicii medicale;</w:t>
      </w:r>
    </w:p>
    <w:p w14:paraId="22FD91F3" w14:textId="77777777" w:rsidR="00915B94" w:rsidRDefault="008F4659">
      <w:pPr>
        <w:spacing w:after="0" w:line="240" w:lineRule="auto"/>
        <w:ind w:left="369" w:hanging="255"/>
        <w:jc w:val="both"/>
      </w:pPr>
      <w:r>
        <w:t>3) să respecte prevederile actelor legislative şi normative, ordinelor şi dispoziţiilor Ministerului Sănătăţii, Muncii şi Protecţiei Sociale ce ţin de activitatea medicală şi farmaceutică, şi să dispună de acestea în sediul său;</w:t>
      </w:r>
    </w:p>
    <w:p w14:paraId="74D4DB29" w14:textId="77777777" w:rsidR="00915B94" w:rsidRDefault="008F4659">
      <w:pPr>
        <w:spacing w:after="0" w:line="240" w:lineRule="auto"/>
        <w:ind w:left="369" w:hanging="255"/>
        <w:jc w:val="both"/>
      </w:pPr>
      <w:r>
        <w:t>4) să acorde asistenţa medicală urgentă în mod gratuit în cazul urgenţelor medicale;</w:t>
      </w:r>
    </w:p>
    <w:p w14:paraId="24E8A377" w14:textId="77777777" w:rsidR="00915B94" w:rsidRDefault="008F4659">
      <w:pPr>
        <w:spacing w:after="0" w:line="240" w:lineRule="auto"/>
        <w:ind w:left="369" w:hanging="255"/>
        <w:jc w:val="both"/>
      </w:pPr>
      <w:r>
        <w:t>5) să dispună şi să implementeze Protocoalele Clinice Naţionale, Standardele de tratament, aprobate prin actele normative în vigoare, conform genului de activitate desfăşurat;</w:t>
      </w:r>
    </w:p>
    <w:p w14:paraId="0BD3D18B" w14:textId="77777777" w:rsidR="00915B94" w:rsidRDefault="008F4659">
      <w:pPr>
        <w:spacing w:after="0" w:line="240" w:lineRule="auto"/>
        <w:ind w:left="369" w:hanging="255"/>
        <w:jc w:val="both"/>
      </w:pPr>
      <w:r>
        <w:t>6) să prezinte rapoarte la Agenţia Naţională pentru Sănătate Publică conform formularelor de evidenţă statistică medicală, aprobate prin actele normative în vigoare;</w:t>
      </w:r>
    </w:p>
    <w:p w14:paraId="581A75A5" w14:textId="77777777" w:rsidR="00915B94" w:rsidRDefault="008F4659">
      <w:pPr>
        <w:spacing w:after="0" w:line="240" w:lineRule="auto"/>
        <w:ind w:left="369" w:hanging="255"/>
        <w:jc w:val="both"/>
      </w:pPr>
      <w:r>
        <w:t>7) să asigure acreditarea Prestatorului privat de servicii de sănătate, în termenele stabilite de actele normative în vigoare;</w:t>
      </w:r>
    </w:p>
    <w:p w14:paraId="0A2024F8" w14:textId="77777777" w:rsidR="00915B94" w:rsidRDefault="008F4659">
      <w:pPr>
        <w:spacing w:after="0" w:line="240" w:lineRule="auto"/>
        <w:ind w:left="369" w:hanging="255"/>
        <w:jc w:val="both"/>
      </w:pPr>
      <w:r>
        <w:t>8) să implementeze tehnologiile moderne de diagnostic şi tratament;</w:t>
      </w:r>
    </w:p>
    <w:p w14:paraId="0E36F266" w14:textId="77777777" w:rsidR="00915B94" w:rsidRDefault="008F4659">
      <w:pPr>
        <w:spacing w:after="0" w:line="240" w:lineRule="auto"/>
        <w:ind w:left="369" w:hanging="255"/>
        <w:jc w:val="both"/>
      </w:pPr>
      <w:r>
        <w:t>9) să organizeze educaţia medicală continuă a lucrătorilor medicali conform cerinţelor în vigoare;</w:t>
      </w:r>
    </w:p>
    <w:p w14:paraId="6CFDDE49" w14:textId="77777777" w:rsidR="00915B94" w:rsidRDefault="008F4659">
      <w:pPr>
        <w:spacing w:after="0" w:line="240" w:lineRule="auto"/>
        <w:ind w:left="369" w:hanging="255"/>
        <w:jc w:val="both"/>
      </w:pPr>
      <w:r>
        <w:t>10) să participe la şedinţele consiliilor medicale teritoriale;</w:t>
      </w:r>
    </w:p>
    <w:p w14:paraId="62458F4D" w14:textId="77777777" w:rsidR="00915B94" w:rsidRDefault="008F4659">
      <w:pPr>
        <w:spacing w:after="0" w:line="240" w:lineRule="auto"/>
        <w:ind w:left="369" w:hanging="255"/>
        <w:jc w:val="both"/>
      </w:pPr>
      <w:r>
        <w:t>11) să asigure succesivitatea conlucrării cu instituţiile medico-sanitare publice în organizarea măsurilor de profilaxie, diagnostic şi tratament acordat pacienţilor.</w:t>
      </w:r>
    </w:p>
    <w:p w14:paraId="219775AF" w14:textId="77777777" w:rsidR="00915B94" w:rsidRDefault="008F4659">
      <w:r>
        <w:br w:type="page"/>
      </w:r>
    </w:p>
    <w:p w14:paraId="4A8A85F4" w14:textId="77777777" w:rsidR="00915B94" w:rsidRDefault="008F4659">
      <w:pPr>
        <w:spacing w:after="80" w:line="240" w:lineRule="auto"/>
        <w:jc w:val="center"/>
      </w:pPr>
      <w:r>
        <w:rPr>
          <w:b/>
        </w:rPr>
        <w:lastRenderedPageBreak/>
        <w:t>V. ORGANIZAREA ACTIVITĂȚII PRESTATORULUI PRIVAT</w:t>
      </w:r>
      <w:r>
        <w:rPr>
          <w:b/>
        </w:rPr>
        <w:br/>
        <w:t>DE SERVICII MEDICALE:</w:t>
      </w:r>
    </w:p>
    <w:p w14:paraId="3F41B124" w14:textId="77777777" w:rsidR="00915B94" w:rsidRDefault="008F4659">
      <w:pPr>
        <w:spacing w:after="0" w:line="240" w:lineRule="auto"/>
        <w:jc w:val="both"/>
      </w:pPr>
      <w:r>
        <w:t>9. Prestatorul privat de servicii medicale este condus de director, numit în funcţie în conformitate cu actele normative şi legislative în vigoare.</w:t>
      </w:r>
    </w:p>
    <w:p w14:paraId="56358134" w14:textId="77777777" w:rsidR="00915B94" w:rsidRDefault="008F4659">
      <w:pPr>
        <w:spacing w:after="0" w:line="240" w:lineRule="auto"/>
        <w:jc w:val="both"/>
      </w:pPr>
      <w:r>
        <w:t>10. Directorul Prestatorului privat de servicii medicale are următoarele atribuţii:</w:t>
      </w:r>
    </w:p>
    <w:p w14:paraId="5DAA7A89" w14:textId="77777777" w:rsidR="00915B94" w:rsidRDefault="008F4659">
      <w:pPr>
        <w:spacing w:after="0" w:line="240" w:lineRule="auto"/>
        <w:ind w:left="369" w:hanging="255"/>
        <w:jc w:val="both"/>
      </w:pPr>
      <w:r>
        <w:t>1) reprezintă interesele prestatorului fără procură, în relaţiile cu persoane terţe;</w:t>
      </w:r>
    </w:p>
    <w:p w14:paraId="702BC105" w14:textId="77777777" w:rsidR="00915B94" w:rsidRDefault="008F4659">
      <w:pPr>
        <w:spacing w:after="0" w:line="240" w:lineRule="auto"/>
        <w:ind w:left="369" w:hanging="255"/>
        <w:jc w:val="both"/>
      </w:pPr>
      <w:r>
        <w:t>2) elaborează strategia de dezvoltare şi planurile anuale de activitate ale prestatorului;</w:t>
      </w:r>
    </w:p>
    <w:p w14:paraId="5998C231" w14:textId="77777777" w:rsidR="00915B94" w:rsidRDefault="008F4659">
      <w:pPr>
        <w:spacing w:after="0" w:line="240" w:lineRule="auto"/>
        <w:ind w:left="369" w:hanging="255"/>
        <w:jc w:val="both"/>
      </w:pPr>
      <w:r>
        <w:t>3) asigură executarea actelor legislative şi normative în vigoare;</w:t>
      </w:r>
    </w:p>
    <w:p w14:paraId="545EC8DC" w14:textId="77777777" w:rsidR="00915B94" w:rsidRDefault="008F4659">
      <w:pPr>
        <w:spacing w:after="0" w:line="240" w:lineRule="auto"/>
        <w:ind w:left="369" w:hanging="255"/>
        <w:jc w:val="both"/>
      </w:pPr>
      <w:r>
        <w:t>4) emite ordine şi dispoziţii, în limita competenţei, obligatorii pentru toţi salariaţii săi;</w:t>
      </w:r>
    </w:p>
    <w:p w14:paraId="534C91D0" w14:textId="77777777" w:rsidR="00915B94" w:rsidRDefault="008F4659">
      <w:pPr>
        <w:spacing w:after="0" w:line="240" w:lineRule="auto"/>
        <w:ind w:left="369" w:hanging="255"/>
        <w:jc w:val="both"/>
      </w:pPr>
      <w:r>
        <w:t>5) aprobă organigrama şi statele de personal;</w:t>
      </w:r>
    </w:p>
    <w:p w14:paraId="3B82B600" w14:textId="77777777" w:rsidR="00915B94" w:rsidRDefault="008F4659">
      <w:pPr>
        <w:spacing w:after="0" w:line="240" w:lineRule="auto"/>
        <w:ind w:left="369" w:hanging="255"/>
        <w:jc w:val="both"/>
      </w:pPr>
      <w:r>
        <w:t>6) încheie, modifică, suspendă, încetează contracte individuale de muncă cu angajaţii săi, cu respectarea procedurilor stabilite de Codul Muncii;</w:t>
      </w:r>
    </w:p>
    <w:p w14:paraId="208CE4E2" w14:textId="77777777" w:rsidR="00915B94" w:rsidRDefault="008F4659">
      <w:pPr>
        <w:spacing w:after="0" w:line="240" w:lineRule="auto"/>
        <w:ind w:left="369" w:hanging="255"/>
        <w:jc w:val="both"/>
      </w:pPr>
      <w:r>
        <w:t>7) poartă răspundere pentru asigurarea financiară şi tehnico-materială a Prestatorului privat de servicii de sănătate, pentru organizarea de asistenţă medicală şi pentru calitatea ei, conform legislaţiei în vigoare;</w:t>
      </w:r>
    </w:p>
    <w:p w14:paraId="5835857F" w14:textId="77777777" w:rsidR="00915B94" w:rsidRDefault="008F4659">
      <w:pPr>
        <w:spacing w:after="0" w:line="240" w:lineRule="auto"/>
        <w:ind w:left="369" w:hanging="255"/>
        <w:jc w:val="both"/>
      </w:pPr>
      <w:r>
        <w:t>8) semnează contracte, eliberează procuri, deschide conturi în bănci, gestionează mijloacele financiare ale Prestatorului privat de servicii medicale;</w:t>
      </w:r>
    </w:p>
    <w:p w14:paraId="184F3959" w14:textId="77777777" w:rsidR="00915B94" w:rsidRDefault="008F4659">
      <w:pPr>
        <w:spacing w:after="0" w:line="240" w:lineRule="auto"/>
        <w:ind w:left="369" w:hanging="255"/>
        <w:jc w:val="both"/>
      </w:pPr>
      <w:r>
        <w:t>9) poartă răspundere disciplinară, administrativă şi penală pentru încălcarea prevederilor actelor legislative şi normative în procesul gestionării activităţii Prestatorului privat de medicale.</w:t>
      </w:r>
    </w:p>
    <w:p w14:paraId="04316143" w14:textId="77777777" w:rsidR="00190848" w:rsidRDefault="00190848">
      <w:pPr>
        <w:spacing w:after="80" w:line="240" w:lineRule="auto"/>
        <w:jc w:val="center"/>
        <w:rPr>
          <w:b/>
        </w:rPr>
      </w:pPr>
    </w:p>
    <w:p w14:paraId="3257C780" w14:textId="6CD360B1" w:rsidR="00915B94" w:rsidRDefault="008F4659">
      <w:pPr>
        <w:spacing w:after="80" w:line="240" w:lineRule="auto"/>
        <w:jc w:val="center"/>
      </w:pPr>
      <w:r>
        <w:rPr>
          <w:b/>
        </w:rPr>
        <w:t>VI. DISPOZIȚII FINALE:</w:t>
      </w:r>
    </w:p>
    <w:p w14:paraId="6C8D4DDE" w14:textId="77777777" w:rsidR="00915B94" w:rsidRDefault="008F4659">
      <w:pPr>
        <w:spacing w:after="0" w:line="240" w:lineRule="auto"/>
        <w:jc w:val="both"/>
      </w:pPr>
      <w:r>
        <w:t>11. Reorganizarea şi lichidarea Prestatorului privat de servicii medicale se efectuează în conformitate cu legislaţia în domeniu.</w:t>
      </w:r>
    </w:p>
    <w:sectPr w:rsidR="00915B94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3878"/>
    <w:rsid w:val="00121F50"/>
    <w:rsid w:val="0015074B"/>
    <w:rsid w:val="00190848"/>
    <w:rsid w:val="0029639D"/>
    <w:rsid w:val="0031245F"/>
    <w:rsid w:val="00326F90"/>
    <w:rsid w:val="004179E9"/>
    <w:rsid w:val="0063626E"/>
    <w:rsid w:val="007376EE"/>
    <w:rsid w:val="00772090"/>
    <w:rsid w:val="008333E4"/>
    <w:rsid w:val="008F4659"/>
    <w:rsid w:val="00915B94"/>
    <w:rsid w:val="0097324F"/>
    <w:rsid w:val="00AA1D8D"/>
    <w:rsid w:val="00B47730"/>
    <w:rsid w:val="00B57B60"/>
    <w:rsid w:val="00C328DB"/>
    <w:rsid w:val="00CB0664"/>
    <w:rsid w:val="00F11D8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00D55F"/>
  <w14:defaultImageDpi w14:val="300"/>
  <w15:docId w15:val="{D1C55EF2-7BDF-4D84-A838-358306DAE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1001</Words>
  <Characters>5712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6700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cp:lastPrinted>2026-09-24T06:58:00Z</cp:lastPrinted>
  <dcterms:created xsi:type="dcterms:W3CDTF">2026-08-19T06:10:00Z</dcterms:created>
  <dcterms:modified xsi:type="dcterms:W3CDTF">2026-09-24T06:58:00Z</dcterms:modified>
  <cp:category/>
</cp:coreProperties>
</file>